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Cook I – Job Description (Version 1)</w:t>
      </w:r>
    </w:p>
    <w:p>
      <w:pPr>
        <w:pStyle w:val="Heading1"/>
      </w:pPr>
      <w:r>
        <w:t>Job Summary</w:t>
      </w:r>
    </w:p>
    <w:p>
      <w:r>
        <w:t>The Cook I position is responsible for preparing and serving meals in accordance with established recipes and standards.</w:t>
      </w:r>
    </w:p>
    <w:p>
      <w:pPr>
        <w:pStyle w:val="Heading1"/>
      </w:pPr>
      <w:r>
        <w:t>Duties &amp; Responsibilities</w:t>
      </w:r>
    </w:p>
    <w:p>
      <w:r>
        <w:t>- Prepare and cook food items according to recipes.</w:t>
      </w:r>
    </w:p>
    <w:p>
      <w:r>
        <w:t>- Ensure kitchen and food preparation areas meet health and safety standards.</w:t>
      </w:r>
    </w:p>
    <w:p>
      <w:r>
        <w:t>- Assist with inventory management and stock rotation.</w:t>
      </w:r>
    </w:p>
    <w:p>
      <w:r>
        <w:t>- Collaborate with team members to maintain efficiency in meal preparation.</w:t>
      </w:r>
    </w:p>
    <w:p>
      <w:pPr>
        <w:pStyle w:val="Heading1"/>
      </w:pPr>
      <w:r>
        <w:t>Qualifications</w:t>
      </w:r>
    </w:p>
    <w:p>
      <w:r>
        <w:t>- High school diploma or equivalent.</w:t>
      </w:r>
    </w:p>
    <w:p>
      <w:r>
        <w:t>- Prior kitchen or food service experience preferred.</w:t>
      </w:r>
    </w:p>
    <w:p>
      <w:r>
        <w:t>- Knowledge of safe food handling practices.</w:t>
      </w:r>
    </w:p>
    <w:p>
      <w:pPr>
        <w:pStyle w:val="Heading1"/>
      </w:pPr>
      <w:r>
        <w:t>Working Conditions</w:t>
      </w:r>
    </w:p>
    <w:p>
      <w:r>
        <w:t>Work is performed in a commercial kitchen environment with exposure to heat, noise, and standing for extended periods.</w:t>
      </w:r>
    </w:p>
    <w:p>
      <w:pPr>
        <w:pStyle w:val="Heading1"/>
      </w:pPr>
      <w:r>
        <w:t>Compensation</w:t>
      </w:r>
    </w:p>
    <w:p>
      <w:r>
        <w:t>$12.00–$15.00 per hour, depending on experience.</w:t>
      </w:r>
    </w:p>
    <w:p>
      <w:pPr>
        <w:pStyle w:val="Heading1"/>
      </w:pPr>
      <w:r>
        <w:t>Additional Notes</w:t>
      </w:r>
    </w:p>
    <w:p>
      <w:r>
        <w:t>This role may require weekend and evening shifts.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